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D32" w:rsidRPr="006D5A89" w:rsidRDefault="006D5A89" w:rsidP="006D5A89">
      <w:pPr>
        <w:jc w:val="right"/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Alla Dirigente Scolastica</w:t>
      </w:r>
    </w:p>
    <w:p w:rsidR="00795D32" w:rsidRPr="006D5A89" w:rsidRDefault="006D5A89" w:rsidP="006D5A89">
      <w:pPr>
        <w:jc w:val="right"/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dell’I.C. “</w:t>
      </w:r>
      <w:proofErr w:type="spellStart"/>
      <w:r w:rsidRPr="006D5A89">
        <w:rPr>
          <w:rFonts w:asciiTheme="majorHAnsi" w:hAnsiTheme="majorHAnsi" w:cstheme="majorHAnsi"/>
          <w:lang w:val="it-IT"/>
        </w:rPr>
        <w:t>Vitrioli</w:t>
      </w:r>
      <w:proofErr w:type="spellEnd"/>
      <w:r w:rsidRPr="006D5A89">
        <w:rPr>
          <w:rFonts w:asciiTheme="majorHAnsi" w:hAnsiTheme="majorHAnsi" w:cstheme="majorHAnsi"/>
          <w:lang w:val="it-IT"/>
        </w:rPr>
        <w:t xml:space="preserve"> Principe Di Piemonte Galileo Galilei Pascoli”</w:t>
      </w:r>
    </w:p>
    <w:p w:rsidR="00795D32" w:rsidRPr="006D5A89" w:rsidRDefault="00795D32">
      <w:pPr>
        <w:rPr>
          <w:rFonts w:asciiTheme="majorHAnsi" w:hAnsiTheme="majorHAnsi" w:cstheme="majorHAnsi"/>
          <w:lang w:val="it-IT"/>
        </w:rPr>
      </w:pPr>
    </w:p>
    <w:p w:rsidR="00795D32" w:rsidRPr="006D5A89" w:rsidRDefault="006D5A89">
      <w:pPr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b/>
          <w:lang w:val="it-IT"/>
        </w:rPr>
        <w:t xml:space="preserve">Oggetto: </w:t>
      </w:r>
      <w:r w:rsidRPr="006D5A89">
        <w:rPr>
          <w:rFonts w:asciiTheme="majorHAnsi" w:hAnsiTheme="majorHAnsi" w:cstheme="majorHAnsi"/>
          <w:lang w:val="it-IT"/>
        </w:rPr>
        <w:t xml:space="preserve">Richiesta di Conferimento Funzioni Strumentali – </w:t>
      </w:r>
      <w:proofErr w:type="spellStart"/>
      <w:r w:rsidRPr="006D5A89">
        <w:rPr>
          <w:rFonts w:asciiTheme="majorHAnsi" w:hAnsiTheme="majorHAnsi" w:cstheme="majorHAnsi"/>
          <w:lang w:val="it-IT"/>
        </w:rPr>
        <w:t>a.s.</w:t>
      </w:r>
      <w:proofErr w:type="spellEnd"/>
      <w:r w:rsidRPr="006D5A89">
        <w:rPr>
          <w:rFonts w:asciiTheme="majorHAnsi" w:hAnsiTheme="majorHAnsi" w:cstheme="majorHAnsi"/>
          <w:lang w:val="it-IT"/>
        </w:rPr>
        <w:t xml:space="preserve"> 2025/2026 (CCNL 2019/2021)</w:t>
      </w:r>
    </w:p>
    <w:p w:rsidR="006D5A89" w:rsidRDefault="006D5A89" w:rsidP="006D5A89">
      <w:pPr>
        <w:jc w:val="both"/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 xml:space="preserve">Il/La sottoscritto/a </w:t>
      </w:r>
      <w:r w:rsidRPr="006D5A89">
        <w:rPr>
          <w:rFonts w:asciiTheme="majorHAnsi" w:hAnsiTheme="majorHAnsi" w:cstheme="majorHAnsi"/>
          <w:lang w:val="it-IT"/>
        </w:rPr>
        <w:t xml:space="preserve">____________________________________________, docente di ____________________________________________, in servizio presso questo Istituto nella sede di ____________________________________________, </w:t>
      </w:r>
    </w:p>
    <w:p w:rsidR="00795D32" w:rsidRPr="006D5A89" w:rsidRDefault="006D5A89" w:rsidP="006D5A89">
      <w:pPr>
        <w:jc w:val="both"/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VISTA la delibera del Collegio dei Docenti del 1° settembr</w:t>
      </w:r>
      <w:r w:rsidRPr="006D5A89">
        <w:rPr>
          <w:rFonts w:asciiTheme="majorHAnsi" w:hAnsiTheme="majorHAnsi" w:cstheme="majorHAnsi"/>
          <w:lang w:val="it-IT"/>
        </w:rPr>
        <w:t>e 2025 relativa all’individuazione delle Funzioni Strumentali per l’anno scolastico 2025/2026,</w:t>
      </w:r>
    </w:p>
    <w:p w:rsidR="006D5A89" w:rsidRDefault="006D5A89" w:rsidP="006D5A89">
      <w:pPr>
        <w:jc w:val="center"/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SI RENDE DISPONIBILE</w:t>
      </w:r>
    </w:p>
    <w:p w:rsidR="00795D32" w:rsidRPr="006D5A89" w:rsidRDefault="006D5A89">
      <w:pPr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al conferimento della seguente funzione strumentale:</w:t>
      </w:r>
    </w:p>
    <w:p w:rsidR="00795D32" w:rsidRPr="006D5A89" w:rsidRDefault="006D5A89">
      <w:pPr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Funzioni Strumentali disponibili:</w:t>
      </w:r>
    </w:p>
    <w:p w:rsidR="00795D32" w:rsidRPr="006D5A89" w:rsidRDefault="006D5A89" w:rsidP="006D5A89">
      <w:pPr>
        <w:spacing w:after="120" w:line="240" w:lineRule="auto"/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• AREA 1 – Gestione del PTOF  (n. 2 figure)</w:t>
      </w:r>
    </w:p>
    <w:p w:rsidR="00795D32" w:rsidRPr="006D5A89" w:rsidRDefault="006D5A89" w:rsidP="006D5A89">
      <w:pPr>
        <w:spacing w:after="120" w:line="240" w:lineRule="auto"/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• AREA 2</w:t>
      </w:r>
      <w:r w:rsidRPr="006D5A89">
        <w:rPr>
          <w:rFonts w:asciiTheme="majorHAnsi" w:hAnsiTheme="majorHAnsi" w:cstheme="majorHAnsi"/>
          <w:lang w:val="it-IT"/>
        </w:rPr>
        <w:t xml:space="preserve"> – Sostegno al lavoro dei Docenti  (n. 2 figure)</w:t>
      </w:r>
    </w:p>
    <w:p w:rsidR="00795D32" w:rsidRPr="006D5A89" w:rsidRDefault="006D5A89" w:rsidP="006D5A89">
      <w:pPr>
        <w:spacing w:after="120" w:line="240" w:lineRule="auto"/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• AREA 3 – Coordinamento continuità verticale d’Istituto e Orientamento  (n. 2 figure)</w:t>
      </w:r>
    </w:p>
    <w:p w:rsidR="00795D32" w:rsidRPr="006D5A89" w:rsidRDefault="006D5A89" w:rsidP="006D5A89">
      <w:pPr>
        <w:spacing w:after="120" w:line="240" w:lineRule="auto"/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• AREA 4 – Realizzazione di progetti formativi in collaborazione con enti ed istituzioni esterni; viaggi d’istruzione, v</w:t>
      </w:r>
      <w:r w:rsidRPr="006D5A89">
        <w:rPr>
          <w:rFonts w:asciiTheme="majorHAnsi" w:hAnsiTheme="majorHAnsi" w:cstheme="majorHAnsi"/>
          <w:lang w:val="it-IT"/>
        </w:rPr>
        <w:t>isite guidate e uscite didattiche  (n. 2 figure)</w:t>
      </w:r>
    </w:p>
    <w:p w:rsidR="00795D32" w:rsidRPr="006D5A89" w:rsidRDefault="006D5A89">
      <w:pPr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DICHIARA inoltre:</w:t>
      </w:r>
    </w:p>
    <w:p w:rsidR="006D5A89" w:rsidRDefault="006D5A89" w:rsidP="006D5A89">
      <w:pPr>
        <w:spacing w:after="120" w:line="240" w:lineRule="auto"/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- di essere disponibile a svolgere tutte le attività connesse alla funzione richiesta;</w:t>
      </w:r>
    </w:p>
    <w:p w:rsidR="00795D32" w:rsidRPr="006D5A89" w:rsidRDefault="006D5A89" w:rsidP="006D5A89">
      <w:pPr>
        <w:spacing w:after="120" w:line="240" w:lineRule="auto"/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- di possedere competenze ed esperienze pregresse coerenti con l’incarico, come specificato nel curri</w:t>
      </w:r>
      <w:r w:rsidRPr="006D5A89">
        <w:rPr>
          <w:rFonts w:asciiTheme="majorHAnsi" w:hAnsiTheme="majorHAnsi" w:cstheme="majorHAnsi"/>
          <w:lang w:val="it-IT"/>
        </w:rPr>
        <w:t>culum vitae allegato;</w:t>
      </w:r>
    </w:p>
    <w:p w:rsidR="00795D32" w:rsidRPr="006D5A89" w:rsidRDefault="006D5A89" w:rsidP="006D5A89">
      <w:pPr>
        <w:spacing w:after="120" w:line="240" w:lineRule="auto"/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- di essere in servizio presso questo Istituto dall’</w:t>
      </w:r>
      <w:proofErr w:type="spellStart"/>
      <w:r w:rsidRPr="006D5A89">
        <w:rPr>
          <w:rFonts w:asciiTheme="majorHAnsi" w:hAnsiTheme="majorHAnsi" w:cstheme="majorHAnsi"/>
          <w:lang w:val="it-IT"/>
        </w:rPr>
        <w:t>a.s.</w:t>
      </w:r>
      <w:proofErr w:type="spellEnd"/>
      <w:r w:rsidRPr="006D5A89">
        <w:rPr>
          <w:rFonts w:asciiTheme="majorHAnsi" w:hAnsiTheme="majorHAnsi" w:cstheme="majorHAnsi"/>
          <w:lang w:val="it-IT"/>
        </w:rPr>
        <w:t xml:space="preserve"> __________;</w:t>
      </w:r>
    </w:p>
    <w:p w:rsidR="006D5A89" w:rsidRDefault="006D5A89">
      <w:pPr>
        <w:rPr>
          <w:rFonts w:asciiTheme="majorHAnsi" w:hAnsiTheme="majorHAnsi" w:cstheme="majorHAnsi"/>
          <w:lang w:val="it-IT"/>
        </w:rPr>
      </w:pPr>
    </w:p>
    <w:p w:rsidR="00795D32" w:rsidRDefault="006D5A89">
      <w:pPr>
        <w:rPr>
          <w:rFonts w:asciiTheme="majorHAnsi" w:hAnsiTheme="majorHAnsi" w:cstheme="majorHAnsi"/>
          <w:lang w:val="it-IT"/>
        </w:rPr>
      </w:pPr>
      <w:r w:rsidRPr="006D5A89">
        <w:rPr>
          <w:rFonts w:asciiTheme="majorHAnsi" w:hAnsiTheme="majorHAnsi" w:cstheme="majorHAnsi"/>
          <w:lang w:val="it-IT"/>
        </w:rPr>
        <w:t>Si allega: Curriculum vitae aggiornato.</w:t>
      </w:r>
    </w:p>
    <w:p w:rsidR="006D5A89" w:rsidRPr="006D5A89" w:rsidRDefault="006D5A89" w:rsidP="006D5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D5A89">
        <w:rPr>
          <w:rFonts w:ascii="Calibri" w:eastAsia="Times New Roman" w:hAnsi="Calibri" w:cs="Calibri"/>
          <w:color w:val="000000"/>
          <w:lang w:val="it-IT" w:eastAsia="it-IT"/>
        </w:rPr>
        <w:t>Luogo e data ______________________________ </w:t>
      </w:r>
    </w:p>
    <w:p w:rsidR="006D5A89" w:rsidRPr="006D5A89" w:rsidRDefault="006D5A89" w:rsidP="006D5A89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D5A89">
        <w:rPr>
          <w:rFonts w:ascii="Calibri" w:eastAsia="Times New Roman" w:hAnsi="Calibri" w:cs="Calibri"/>
          <w:color w:val="000000"/>
          <w:lang w:val="it-IT" w:eastAsia="it-IT"/>
        </w:rPr>
        <w:t>Firma</w:t>
      </w:r>
    </w:p>
    <w:p w:rsidR="006D5A89" w:rsidRPr="006D5A89" w:rsidRDefault="006D5A89" w:rsidP="006D5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:rsidR="00795D32" w:rsidRPr="006D5A89" w:rsidRDefault="006D5A89" w:rsidP="006D5A89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D5A89">
        <w:rPr>
          <w:rFonts w:ascii="Calibri" w:eastAsia="Times New Roman" w:hAnsi="Calibri" w:cs="Calibri"/>
          <w:color w:val="000000"/>
          <w:lang w:val="it-IT" w:eastAsia="it-IT"/>
        </w:rPr>
        <w:t>________________________________</w:t>
      </w:r>
    </w:p>
    <w:sectPr w:rsidR="00795D32" w:rsidRPr="006D5A8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20"/>
  <w:hyphenationZone w:val="283"/>
  <w:characterSpacingControl w:val="doNotCompress"/>
  <w:compat>
    <w:useFELayout/>
  </w:compat>
  <w:rsids>
    <w:rsidRoot w:val="00B47730"/>
    <w:rsid w:val="00034616"/>
    <w:rsid w:val="0006063C"/>
    <w:rsid w:val="0015074B"/>
    <w:rsid w:val="0029639D"/>
    <w:rsid w:val="00326F90"/>
    <w:rsid w:val="006D5A89"/>
    <w:rsid w:val="00795D32"/>
    <w:rsid w:val="00AA1D8D"/>
    <w:rsid w:val="00B47730"/>
    <w:rsid w:val="00CB066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deltesto">
    <w:name w:val="Body Text"/>
    <w:basedOn w:val="Normale"/>
    <w:link w:val="CorpodeltestoCarattere"/>
    <w:uiPriority w:val="99"/>
    <w:unhideWhenUsed/>
    <w:rsid w:val="00AA1D8D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eWeb">
    <w:name w:val="Normal (Web)"/>
    <w:basedOn w:val="Normale"/>
    <w:uiPriority w:val="99"/>
    <w:semiHidden/>
    <w:unhideWhenUsed/>
    <w:rsid w:val="006D5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6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3A11BD7-DA7F-4490-8AB5-9DDA0B3EB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End User</cp:lastModifiedBy>
  <cp:revision>2</cp:revision>
  <dcterms:created xsi:type="dcterms:W3CDTF">2025-09-06T10:40:00Z</dcterms:created>
  <dcterms:modified xsi:type="dcterms:W3CDTF">2025-09-06T10:40:00Z</dcterms:modified>
</cp:coreProperties>
</file>